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ind w:firstLine="0"/>
      </w:pPr>
    </w:p>
    <w:p>
      <w:pPr>
        <w:ind w:firstLine="0"/>
      </w:pPr>
    </w:p>
    <w:p>
      <w:pPr>
        <w:ind w:firstLine="0"/>
      </w:pPr>
    </w:p>
    <w:p>
      <w:pPr>
        <w:pStyle w:val="Title"/>
      </w:pPr>
      <w:r>
        <w:t>Título del trabajo</w:t>
      </w:r>
    </w:p>
    <w:p/>
    <w:p>
      <w:pPr>
        <w:ind w:firstLine="0"/>
        <w:jc w:val="center"/>
      </w:pPr>
      <w:r>
        <w:t>Nombre y apellidos</w:t>
      </w:r>
    </w:p>
    <w:p>
      <w:pPr>
        <w:ind w:firstLine="0"/>
        <w:jc w:val="center"/>
      </w:pPr>
      <w:r>
        <w:t>Departamento o facultad, Universidad</w:t>
      </w:r>
    </w:p>
    <w:p>
      <w:pPr>
        <w:ind w:firstLine="0"/>
        <w:jc w:val="center"/>
      </w:pPr>
      <w:r>
        <w:t>Código y nombre de la asignatura</w:t>
      </w:r>
    </w:p>
    <w:p>
      <w:pPr>
        <w:ind w:firstLine="0"/>
        <w:jc w:val="center"/>
      </w:pPr>
      <w:r>
        <w:t>Nombre del profesor o profesora</w:t>
      </w:r>
    </w:p>
    <w:p>
      <w:pPr>
        <w:ind w:firstLine="0"/>
        <w:jc w:val="center"/>
      </w:pPr>
      <w:r>
        <w:t>Fecha de entrega</w:t>
      </w:r>
    </w:p>
    <w:p>
      <w:r>
        <w:br w:type="page"/>
      </w:r>
    </w:p>
    <w:p>
      <w:pPr>
        <w:pStyle w:val="Heading1"/>
      </w:pPr>
      <w:r>
        <w:t>Título del trabajo</w:t>
      </w:r>
    </w:p>
    <w:p>
      <w:r>
        <w:t>Sustituye este texto orientativo por la introducción de tu trabajo. La plantilla utiliza papel A4, márgenes de 2,54 cm, Times New Roman de 12 puntos e interlineado doble. Comprueba las instrucciones de tu facultad antes de entregar: pueden exigir tamaño carta u otros elementos.</w:t>
      </w:r>
    </w:p>
    <w:p>
      <w:pPr>
        <w:pStyle w:val="Heading1"/>
      </w:pPr>
      <w:r>
        <w:t>Apartado principal</w:t>
      </w:r>
    </w:p>
    <w:p>
      <w:r>
        <w:t>Organiza aquí tu argumento y cita las fuentes que hayas consultado. Por ejemplo, la guía oficial de formato explica la configuración de un trabajo de estudiante (American Psychological Association, 2020). Esta cita es un ejemplo verificable; elimínala si no utilizas esa fuente.</w:t>
      </w:r>
    </w:p>
    <w:p>
      <w:pPr>
        <w:pStyle w:val="Heading2"/>
      </w:pPr>
      <w:r>
        <w:t>Subapartado</w:t>
      </w:r>
    </w:p>
    <w:p>
      <w:r>
        <w:t>Aplica los estilos Título 1, Título 2 y Título 3 desde el panel de estilos de Word. Los títulos de este documento no representan una estructura obligatoria: cámbialos según las necesidades de tu investigación.</w:t>
      </w:r>
    </w:p>
    <w:p>
      <w:pPr>
        <w:pStyle w:val="Heading3"/>
      </w:pPr>
      <w:r>
        <w:t>Detalle del subapartado</w:t>
      </w:r>
    </w:p>
    <w:p>
      <w:r>
        <w:t>Los párrafos del cuerpo tienen sangría de primera línea de 1,27 cm. Para una cita literal de 40 palabras o más, utiliza el estilo Cita en bloque y añade la fuente y el localizador. No presentes el texto orientativo de esta plantilla como un resultado de investigación.</w:t>
      </w:r>
    </w:p>
    <w:p>
      <w:r>
        <w:br w:type="page"/>
      </w:r>
    </w:p>
    <w:p>
      <w:pPr>
        <w:pStyle w:val="Heading1"/>
      </w:pPr>
      <w:r>
        <w:t>Referencias</w:t>
      </w:r>
    </w:p>
    <w:p>
      <w:pPr>
        <w:pStyle w:val="Referencia"/>
      </w:pPr>
      <w:r>
        <w:t xml:space="preserve">American Psychological Association. (2020). </w:t>
      </w:r>
      <w:r>
        <w:rPr>
          <w:i/>
        </w:rPr>
        <w:t>Student paper setup guide</w:t>
      </w:r>
      <w:r>
        <w:t>. https://apastyle.apa.org/instructional-aids/student-paper-setup-guide.pdf</w:t>
      </w:r>
    </w:p>
    <w:p>
      <w:r>
        <w:t>La entrada anterior corresponde a la fuente citada como ejemplo en el cuerpo. Sustitúyela por tus propias referencias y aplica el estilo Referencia, con sangría francesa de 1,27 cm. Incluye únicamente las fuentes citadas en tu trabajo. Elimina este párrafo de instrucciones antes de entregar.</w:t>
      </w:r>
    </w:p>
    <w:sectPr w:rsidR="00FC693F" w:rsidRPr="0006063C" w:rsidSect="00034616">
      <w:headerReference w:type="default" r:id="rId9"/>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ind w:firstLine="0"/>
      <w:jc w:val="right"/>
    </w:pPr>
    <w:fldSimple w:instr="PAGE">
      <w:r>
        <w:t>1</w:t>
      </w:r>
    </w:fldSimple>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0" w:line="480" w:lineRule="auto"/>
      <w:ind w:firstLine="720"/>
    </w:pPr>
    <w:rPr>
      <w:rFonts w:ascii="Times New Roman" w:hAnsi="Times New Roman" w:eastAsia="Times New Roman" w:cs="Times New Roman"/>
      <w:color w:val="000000"/>
      <w:sz w:val="24"/>
    </w:rPr>
  </w:style>
  <w:style w:type="paragraph" w:styleId="Header">
    <w:name w:val="header"/>
    <w:basedOn w:val="Normal"/>
    <w:link w:val="HeaderChar"/>
    <w:uiPriority w:val="99"/>
    <w:unhideWhenUsed/>
    <w:rsid w:val="00E618BF"/>
    <w:pPr>
      <w:tabs>
        <w:tab w:val="center" w:pos="4680"/>
        <w:tab w:val="right" w:pos="9360"/>
      </w:tabs>
      <w:spacing w:after="0" w:line="480" w:lineRule="auto" w:before="0"/>
    </w:pPr>
    <w:rPr>
      <w:rFonts w:ascii="Times New Roman" w:hAnsi="Times New Roman" w:eastAsia="Times New Roman" w:cs="Times New Roman"/>
      <w:color w:val="000000"/>
      <w:sz w:val="24"/>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0" w:line="480" w:lineRule="auto"/>
      <w:ind w:firstLine="0"/>
      <w:jc w:val="center"/>
      <w:outlineLvl w:val="0"/>
    </w:pPr>
    <w:rPr>
      <w:rFonts w:cstheme="majorBidi" w:ascii="Times New Roman" w:hAnsi="Times New Roman" w:eastAsia="Times New Roman" w:cs="Times New Roman"/>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0" w:after="0" w:line="480" w:lineRule="auto"/>
      <w:ind w:firstLine="0"/>
      <w:jc w:val="left"/>
      <w:outlineLvl w:val="1"/>
    </w:pPr>
    <w:rPr>
      <w:rFonts w:cstheme="majorBidi" w:ascii="Times New Roman" w:hAnsi="Times New Roman" w:eastAsia="Times New Roman" w:cs="Times New Roman"/>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0" w:after="0" w:line="480" w:lineRule="auto"/>
      <w:ind w:firstLine="0"/>
      <w:jc w:val="left"/>
      <w:outlineLvl w:val="2"/>
    </w:pPr>
    <w:rPr>
      <w:rFonts w:cstheme="majorBidi" w:ascii="Times New Roman" w:hAnsi="Times New Roman" w:eastAsia="Times New Roman" w:cs="Times New Roman"/>
      <w:b/>
      <w:bCs/>
      <w:i/>
      <w:color w:val="000000"/>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0" w:line="480" w:lineRule="auto" w:before="0"/>
      <w:ind w:firstLine="0"/>
      <w:contextualSpacing/>
      <w:jc w:val="center"/>
    </w:pPr>
    <w:rPr>
      <w:rFonts w:cstheme="majorBidi" w:ascii="Times New Roman" w:hAnsi="Times New Roman" w:eastAsia="Times New Roman" w:cs="Times New Roman"/>
      <w:b/>
      <w:color w:val="000000"/>
      <w:spacing w:val="5"/>
      <w:kern w:val="28"/>
      <w:sz w:val="2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Referencia">
    <w:name w:val="Referencia"/>
    <w:basedOn w:val="Normal"/>
    <w:pPr>
      <w:ind w:left="720" w:hanging="720"/>
    </w:pPr>
  </w:style>
  <w:style w:type="paragraph" w:customStyle="1" w:styleId="Citaenbloque">
    <w:name w:val="Cita en bloque"/>
    <w:basedOn w:val="Normal"/>
    <w:pPr>
      <w:ind w:left="720" w:firstLine="0"/>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Plantilla APA 7 para trabajos de estudiante</dc:title>
  <dc:subject>Portada de estudiante y formato editable APA 7</dc:subject>
  <dc:creator>CitaAPA</dc:creator>
  <cp:keywords/>
  <dc:description>Plantilla original CitaAPA. Revisada el 13 de septiembre de 2026.</dc:description>
  <cp:lastModifiedBy>CitaAPA</cp:lastModifiedBy>
  <cp:revision>1</cp:revision>
  <dcterms:created xsi:type="dcterms:W3CDTF">2013-12-23T23:15:00Z</dcterms:created>
  <dcterms:modified xsi:type="dcterms:W3CDTF">2013-12-23T23:15:00Z</dcterms:modified>
  <cp:category/>
</cp:coreProperties>
</file>