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0"/>
      </w:pPr>
    </w:p>
    <w:p>
      <w:pPr>
        <w:ind w:firstLine="0"/>
      </w:pPr>
    </w:p>
    <w:p>
      <w:pPr>
        <w:ind w:firstLine="0"/>
      </w:pPr>
    </w:p>
    <w:p>
      <w:pPr>
        <w:pStyle w:val="Title"/>
      </w:pPr>
      <w:r>
        <w:t>Título del trabajo</w:t>
      </w:r>
    </w:p>
    <w:p/>
    <w:p>
      <w:pPr>
        <w:ind w:firstLine="0"/>
        <w:jc w:val="center"/>
      </w:pPr>
      <w:r>
        <w:t>Nombre y apellidos</w:t>
      </w:r>
    </w:p>
    <w:p>
      <w:pPr>
        <w:ind w:firstLine="0"/>
        <w:jc w:val="center"/>
      </w:pPr>
      <w:r>
        <w:t>Departamento o facultad, Universidad</w:t>
      </w:r>
    </w:p>
    <w:p>
      <w:pPr>
        <w:ind w:firstLine="0"/>
        <w:jc w:val="center"/>
      </w:pPr>
      <w:r>
        <w:t>Código y nombre de la asignatura</w:t>
      </w:r>
    </w:p>
    <w:p>
      <w:pPr>
        <w:ind w:firstLine="0"/>
        <w:jc w:val="center"/>
      </w:pPr>
      <w:r>
        <w:t>Nombre del profesor o profesora</w:t>
      </w:r>
    </w:p>
    <w:p>
      <w:pPr>
        <w:ind w:firstLine="0"/>
        <w:jc w:val="center"/>
      </w:pPr>
      <w:r>
        <w:t>Fecha de entrega</w:t>
      </w:r>
    </w:p>
    <w:sectPr w:rsidR="00FC693F" w:rsidRPr="0006063C" w:rsidSect="00034616">
      <w:head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firstLine="0"/>
      <w:jc w:val="right"/>
    </w:pPr>
    <w:fldSimple w:instr="PAGE">
      <w:r>
        <w:t>1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480" w:lineRule="auto"/>
      <w:ind w:firstLine="72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480" w:lineRule="auto" w:before="0"/>
    </w:pPr>
    <w:rPr>
      <w:rFonts w:ascii="Times New Roman" w:hAnsi="Times New Roman" w:eastAsia="Times New Roman" w:cs="Times New Roman"/>
      <w:color w:val="000000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80" w:lineRule="auto"/>
      <w:ind w:firstLine="0"/>
      <w:jc w:val="center"/>
      <w:outlineLvl w:val="0"/>
    </w:pPr>
    <w:rPr>
      <w:rFonts w:cstheme="majorBidi"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1"/>
    </w:pPr>
    <w:rPr>
      <w:rFonts w:cstheme="majorBidi"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2"/>
    </w:pPr>
    <w:rPr>
      <w:rFonts w:cstheme="majorBidi" w:ascii="Times New Roman" w:hAnsi="Times New Roman" w:eastAsia="Times New Roman" w:cs="Times New Roman"/>
      <w:b/>
      <w:bCs/>
      <w:i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480" w:lineRule="auto" w:before="0"/>
      <w:ind w:firstLine="0"/>
      <w:contextualSpacing/>
      <w:jc w:val="center"/>
    </w:pPr>
    <w:rPr>
      <w:rFonts w:cstheme="majorBidi"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ferencia">
    <w:name w:val="Referencia"/>
    <w:basedOn w:val="Normal"/>
    <w:pPr>
      <w:ind w:left="720" w:hanging="720"/>
    </w:pPr>
  </w:style>
  <w:style w:type="paragraph" w:customStyle="1" w:styleId="Citaenbloque">
    <w:name w:val="Cita en bloque"/>
    <w:basedOn w:val="Normal"/>
    <w:pPr>
      <w:ind w:left="720" w:firstLine="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APA 7 para trabajos de estudiante</dc:title>
  <dc:subject>Portada de estudiante y formato editable APA 7</dc:subject>
  <dc:creator>CitaAPA</dc:creator>
  <cp:keywords/>
  <dc:description>Plantilla original CitaAPA. Revisada el 13 de septiembre de 2026.</dc:description>
  <cp:lastModifiedBy>CitaAPA</cp:lastModifiedBy>
  <cp:revision>1</cp:revision>
  <dcterms:created xsi:type="dcterms:W3CDTF">2013-12-23T23:15:00Z</dcterms:created>
  <dcterms:modified xsi:type="dcterms:W3CDTF">2013-12-23T23:15:00Z</dcterms:modified>
  <cp:category/>
</cp:coreProperties>
</file>